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F4F2F"/>
          <w:sz w:val="36"/>
        </w:rPr>
        <w:t>Modelo de Currículo — AgroSíntese Talentos</w:t>
      </w:r>
    </w:p>
    <w:p>
      <w:pPr>
        <w:jc w:val="center"/>
      </w:pPr>
      <w:r>
        <w:rPr>
          <w:i/>
        </w:rPr>
        <w:t>Preencha os campos abaixo e envie este arquivo na candidatura da vaga.</w:t>
      </w:r>
    </w:p>
    <w:p/>
    <w:p>
      <w:r>
        <w:rPr>
          <w:b/>
          <w:color w:val="2F4F2F"/>
          <w:sz w:val="26"/>
        </w:rPr>
        <w:t>Dados pessoais</w:t>
      </w:r>
    </w:p>
    <w:p>
      <w:r>
        <w:rPr>
          <w:b/>
        </w:rPr>
        <w:t>Nome completo:</w:t>
      </w:r>
      <w:r>
        <w:t xml:space="preserve"> </w:t>
      </w:r>
    </w:p>
    <w:p>
      <w:r>
        <w:t>____________________________________________________________</w:t>
      </w:r>
    </w:p>
    <w:p>
      <w:r>
        <w:rPr>
          <w:b/>
        </w:rPr>
        <w:t>Idade:</w:t>
      </w:r>
      <w:r>
        <w:t xml:space="preserve"> </w:t>
      </w:r>
    </w:p>
    <w:p>
      <w:r>
        <w:t>____________________________________________________________</w:t>
      </w:r>
    </w:p>
    <w:p>
      <w:r>
        <w:rPr>
          <w:b/>
        </w:rPr>
        <w:t>Cidade / Estado:</w:t>
      </w:r>
      <w:r>
        <w:t xml:space="preserve"> </w:t>
      </w:r>
    </w:p>
    <w:p>
      <w:r>
        <w:t>____________________________________________________________</w:t>
      </w:r>
    </w:p>
    <w:p>
      <w:r>
        <w:rPr>
          <w:b/>
        </w:rPr>
        <w:t>Telefone / WhatsApp:</w:t>
      </w:r>
      <w:r>
        <w:t xml:space="preserve"> </w:t>
      </w:r>
    </w:p>
    <w:p>
      <w:r>
        <w:t>____________________________________________________________</w:t>
      </w:r>
    </w:p>
    <w:p>
      <w:r>
        <w:rPr>
          <w:b/>
        </w:rPr>
        <w:t>E-mail:</w:t>
      </w:r>
      <w:r>
        <w:t xml:space="preserve"> </w:t>
      </w:r>
    </w:p>
    <w:p>
      <w:r>
        <w:t>____________________________________________________________</w:t>
      </w:r>
    </w:p>
    <w:p>
      <w:r>
        <w:rPr>
          <w:b/>
          <w:color w:val="2F4F2F"/>
          <w:sz w:val="26"/>
        </w:rPr>
        <w:t>Experiência profissional</w:t>
      </w:r>
    </w:p>
    <w:p>
      <w:r>
        <w:t>(Liste os últimos cargos, com período e principais atividades)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  <w:color w:val="2F4F2F"/>
          <w:sz w:val="26"/>
        </w:rPr>
        <w:t>Formação / Escolaridade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  <w:color w:val="2F4F2F"/>
          <w:sz w:val="26"/>
        </w:rPr>
        <w:t>Habilidades e cursos relevantes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  <w:color w:val="2F4F2F"/>
          <w:sz w:val="26"/>
        </w:rPr>
        <w:t>Disponibilidade</w:t>
      </w:r>
    </w:p>
    <w:p>
      <w:r>
        <w:t>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